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אומרים? - ביטויים חגיגיים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 ברכה ונימוס הקשורים לחג הסיגד ולמפגש עם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באיזה מצב מתאים להשתמש בכל ביטוי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פנייה לזכר ולנקבה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צום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כל הכבוד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ברוכות הבאות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כשמישהו מדבר מהר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ברכה מיוחדת לחג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אחד לזכרים או קבוצה מעורבת והשני לנשים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הבדל בין לשון זכר ללשון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אומרים את זה כברכה של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אומרים את זה כשמשהו לא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מתגעגע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הביטוי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(Well done!)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(Enjoy your meal!)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(Have an easy fast!)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(Hello, nice to meet you!)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(Where is the promenade?)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אומרים?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שלום, נעים מאוד!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 קל!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ברוכות הבאות!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שימוש נכון בלפחות 3 ביטויים מהדף, התאמה למצב, פנייה נכונה בלשון זכר/נקבה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בתאבון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 לגברים/קבוצה מעורבת, השני לנשים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כברכה של תקווה, בדרך כלל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אומר מצב והשני עונה בביטוי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ההבדלים בין פנייה לזכר ולנקבה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הצגה קצרה של דיאלוג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אומרים? - ביטויים חגיגיים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ביטויים חשובים שאומרים בחג הסיגד ובמפגשים עם חברים, אורחים ואנשים חדשים. נתרגל מתי ואיך משתמשים בכל ביטוי.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כשפוגשים חבר ושואלים לשלומו?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שלומך?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בתאבון!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הכבוד!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צום קל!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אומרים "בתאבון"?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בפגישה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כשמחפשים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ביטוי אומרים לפני יום של צום?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כשמישהו הצליח במשהו?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סליחה, לא הבנתי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לעזור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הטיילת?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לנשים כשהן מגיעות לאירוע?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ברוכים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ברוכות הבאות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מועדים לשמחה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שואלים "אפשר לדבר לאט?"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כשמישהו מדבר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כשמישהו עוזר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"חג סיגד שמח" אומרים רק ביום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"ברוכים הבאים" ו"ברוכות הבאות" הם בדיוק אותו ביטוי.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"מתגעגע" אומר גבר, ו"מתגעגעת" אומרת אישה.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"לשנה הבאה בירושלים" הוא ביטוי של תפילה ותקווה.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"סליחה, לא הבנתי" אומרים כשמישהו מודה לך.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__________ ! - ברכה כללית לכל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תודה __________ ! - כשמישהו עוזר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__________ ? - שואלים חבר איך הוא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__________ לך? - שואלים אם מישהו צריך סיוע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__________ אליך - אומר גבר שחושב על מישהו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הביטוי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הכבוד!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Enjoy your meal!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בתאבון!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Have an easy fast!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 קל!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Hello, nice to meet you!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שלום, נעים מאוד!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Where is the promenade?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איפה הטיילת?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Well done!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אומרים?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פגשתם חבר חדש בבית הספר. מה אומרים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 שלכם צם מחר. מה מברכים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רואים קבוצת נשים מגיעות לחגיגת הסיגד. מה אומרים?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פוגשים אורח חדש בחגיגת הסיגד. כתבו שיחה קצרה בין שניכם, עם לפחות שלושה ביטויים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ביטוי אחד שאומרים לפני ארוחה.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"ברוכים הבאים" ל"ברוכות הבאות"?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"לשנה הבאה בירושלים"?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אומרים? - ביטויים חגיגיים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