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 ברכה ונימוס הקשורים לחג הסיגד ולמפגש עם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באיזה מצב מתאים להשתמש בכל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פנייה לזכר ולנקבה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צום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ברכה מיוחדת לחג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אחד לזכרים או קבוצה מעורבת והשני לנשים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הביטוי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(Well done!)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(Enjoy your meal!)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(Have an easy fast!)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(Hello, nice to meet you!)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אומרים?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נעים מאוד!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קל!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שימוש נכון בלפחות 3 ביטויים מהדף, התאמה למצב, פנייה נכונה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בתאבון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לגברים/קבוצה מעורבת, השני לנשים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כברכה של תקווה, בדרך כלל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אומר מצב והשני עונה בביטוי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ההבדלים בין פנייה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הצגה קצרה של דיאלוג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ביטויים חשובים שאומרים בחג הסיגד ובמפגשים עם חברים, אורחים ואנשים חדשים. נתרגל מתי ואיך משתמשים בכל ביטוי.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שמח  ·  שלומך  ·  רבה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כשפוגשים חבר ושואלים לשלומו?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בתאבון!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הכבוד!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אומרים "בתאבון"?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בפגישה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ביטוי אומרים לפני יום של צום?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צום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תודה 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"חג סיגד שמח" אומרים רק ביום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"ברוכים הבאים" ו"ברוכות הבאות" הם בדיוק אותו ביטוי.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__________ ! - ברכה כללית לכל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תודה __________ ! - כשמישהו עוזר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מה __________ ? - שואלים חבר איך הוא מרגיש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הביטוי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 הכבוד!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Hello, nice to meet you!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בתאבון!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Have an easy fast!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צום קל!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Well done!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שלום, נעים מאוד!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Enjoy your meal!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אומרים?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פגשתם חבר חדש בבית הספר. מה אומרים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חבר שלכם צם מחר. מה מברכים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פוגשים אורח חדש בחגיגת הסיגד. כתבו שיחה קצרה בין שניכם, עם לפחות שלושה ביטויים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ביטוי אחד שאומרים לפני ארוחה.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"ברוכים הבאים" ל"ברוכות הבאות"?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אומרים? - ביטויים חגיגיים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